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D33EB" w14:textId="145F2B1D" w:rsidR="00FA07B2" w:rsidRDefault="00000000" w:rsidP="003608FA">
      <w:r>
        <w:rPr>
          <w:highlight w:val="cyan"/>
        </w:rPr>
        <w:br/>
      </w:r>
      <w:r>
        <w:rPr>
          <w:highlight w:val="cyan"/>
        </w:rPr>
        <w:br/>
      </w:r>
      <m:oMathPara>
        <m:oMath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can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not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digits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2,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3,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7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and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8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So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any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any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these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four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digits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we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can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tell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that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the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not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square.</m:t>
          </m:r>
          <m:r>
            <w:rPr>
              <w:highlight w:val="cyan"/>
            </w:rPr>
            <w:br/>
          </m:r>
          <m:r>
            <w:rPr>
              <w:highlight w:val="cyan"/>
            </w:rPr>
            <w:br/>
          </m:r>
        </m:oMath>
      </m:oMathPara>
      <w:r>
        <w:t>--------------------------------------------------</w:t>
      </w:r>
      <w:r>
        <w:br/>
      </w:r>
      <w:r>
        <w:rPr>
          <w:highlight w:val="cyan"/>
        </w:rPr>
        <w:br/>
      </w:r>
      <m:oMathPara>
        <m:oMath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can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digits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0,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1,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4,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5,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6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and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9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So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any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any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these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six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digits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that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MAY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be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but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this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alone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not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sufficient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condition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for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the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to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be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So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can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NOT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decide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whether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its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digit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one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1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4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5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6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and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9</m:t>
          </m:r>
          <m:r>
            <w:rPr>
              <w:highlight w:val="cyan"/>
            </w:rPr>
            <w:br/>
          </m:r>
          <m:r>
            <w:rPr>
              <w:highlight w:val="cyan"/>
            </w:rPr>
            <w:br/>
          </m:r>
        </m:oMath>
      </m:oMathPara>
      <w:r>
        <w:t>--------------------------------------------------</w:t>
      </w:r>
      <w:r>
        <w:br/>
      </w:r>
      <w:r>
        <w:rPr>
          <w:highlight w:val="cyan"/>
        </w:rPr>
        <w:br/>
      </w:r>
      <m:oMathPara>
        <m:oMath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having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its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digit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must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pairs.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For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example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100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400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3600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10000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other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words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having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its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digit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end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with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even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the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zeros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odd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it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is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not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For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example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10,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40,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90,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1000</m:t>
          </m:r>
          <m:r>
            <w:rPr>
              <w:highlight w:val="cyan"/>
            </w:rPr>
            <w:br/>
          </m:r>
          <m:r>
            <w:rPr>
              <w:highlight w:val="cyan"/>
            </w:rPr>
            <w:br/>
          </m:r>
        </m:oMath>
      </m:oMathPara>
      <w:r>
        <w:t>--------------------------------------------------</w:t>
      </w:r>
      <w:r>
        <w:br/>
      </w:r>
      <w:r>
        <w:rPr>
          <w:highlight w:val="cyan"/>
        </w:rPr>
        <w:br/>
      </w:r>
      <m:oMathPara>
        <m:oMath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ending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with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0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ending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with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1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9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1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ending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with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2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8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4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ending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with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3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7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9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ending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with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4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6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6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ending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with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5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have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5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uni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s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place.</m:t>
          </m:r>
          <m:r>
            <w:rPr>
              <w:highlight w:val="cyan"/>
            </w:rPr>
            <w:br/>
          </m:r>
          <m:r>
            <w:rPr>
              <w:highlight w:val="cyan"/>
            </w:rPr>
            <w:br/>
          </m:r>
        </m:oMath>
      </m:oMathPara>
      <w:r>
        <w:t>--------------------------------------------------</w:t>
      </w:r>
      <w:r>
        <w:br/>
      </w:r>
      <w:r>
        <w:rPr>
          <w:highlight w:val="cyan"/>
        </w:rPr>
        <w:br/>
      </w:r>
      <m:oMathPara>
        <m:oMath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odd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be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odd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For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example</m:t>
          </m:r>
          <m:r>
            <m:rPr>
              <m:nor/>
            </m:rPr>
            <m:t xml:space="preserve"> 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7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=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49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=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121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perfect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square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of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even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will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be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an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even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number.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For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example</m:t>
          </m:r>
          <m:r>
            <m:rPr>
              <m:nor/>
            </m:rPr>
            <m:t xml:space="preserve"> 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6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=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36</m:t>
          </m:r>
          <m:r>
            <m:rPr>
              <m:nor/>
            </m:rPr>
            <m:t xml:space="preserve">  </m:t>
          </m:r>
          <m:r>
            <w:rPr>
              <w:rFonts w:ascii="Cambria Math" w:hAnsi="Cambria Math"/>
            </w:rPr>
            <m:t>or</m:t>
          </m:r>
          <m:r>
            <m:rPr>
              <m:nor/>
            </m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=</m:t>
          </m:r>
          <m:r>
            <m:rPr>
              <m:nor/>
            </m:rPr>
            <m:t xml:space="preserve"> </m:t>
          </m:r>
          <m:r>
            <w:rPr>
              <w:rFonts w:ascii="Cambria Math" w:hAnsi="Cambria Math"/>
            </w:rPr>
            <m:t>144</m:t>
          </m:r>
          <m:r>
            <w:rPr>
              <w:highlight w:val="cyan"/>
            </w:rPr>
            <w:br/>
          </m:r>
          <m:r>
            <w:rPr>
              <w:highlight w:val="cyan"/>
            </w:rPr>
            <w:br/>
          </m:r>
        </m:oMath>
      </m:oMathPara>
      <w:r>
        <w:t>--------------------------------------------------</w:t>
      </w:r>
      <w:r>
        <w:br/>
      </w:r>
      <w:r>
        <w:rPr>
          <w:highlight w:val="cyan"/>
        </w:rPr>
        <w:br/>
      </w:r>
      <m:oMathPara>
        <m:oMath>
          <m:r>
            <w:rPr>
              <w:rFonts w:ascii="Cambria Math" w:hAnsi="Cambria Math"/>
            </w:rPr>
            <m:t>SampleSolution</m:t>
          </m:r>
          <m:r>
            <w:rPr>
              <w:highlight w:val="cyan"/>
            </w:rPr>
            <w:br/>
          </m:r>
          <m:r>
            <w:rPr>
              <w:highlight w:val="cyan"/>
            </w:rPr>
            <w:br/>
          </m:r>
        </m:oMath>
      </m:oMathPara>
      <w:r>
        <w:t>--------------------------------------------------</w:t>
      </w:r>
      <w:r>
        <w:br/>
      </w:r>
    </w:p>
    <w:sectPr w:rsidR="00FA07B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0243730">
    <w:abstractNumId w:val="8"/>
  </w:num>
  <w:num w:numId="2" w16cid:durableId="240525481">
    <w:abstractNumId w:val="6"/>
  </w:num>
  <w:num w:numId="3" w16cid:durableId="1780568194">
    <w:abstractNumId w:val="5"/>
  </w:num>
  <w:num w:numId="4" w16cid:durableId="23098285">
    <w:abstractNumId w:val="4"/>
  </w:num>
  <w:num w:numId="5" w16cid:durableId="1571571379">
    <w:abstractNumId w:val="7"/>
  </w:num>
  <w:num w:numId="6" w16cid:durableId="1412312642">
    <w:abstractNumId w:val="3"/>
  </w:num>
  <w:num w:numId="7" w16cid:durableId="1709407673">
    <w:abstractNumId w:val="2"/>
  </w:num>
  <w:num w:numId="8" w16cid:durableId="1321687865">
    <w:abstractNumId w:val="1"/>
  </w:num>
  <w:num w:numId="9" w16cid:durableId="199081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08FA"/>
    <w:rsid w:val="00AA1D8D"/>
    <w:rsid w:val="00B47730"/>
    <w:rsid w:val="00CB0664"/>
    <w:rsid w:val="00FA07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D77A61"/>
  <w14:defaultImageDpi w14:val="300"/>
  <w15:docId w15:val="{1610B31A-7147-4B23-B94B-FBABF764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Shashikant Kulkarni</cp:lastModifiedBy>
  <cp:revision>2</cp:revision>
  <dcterms:created xsi:type="dcterms:W3CDTF">2013-12-23T23:15:00Z</dcterms:created>
  <dcterms:modified xsi:type="dcterms:W3CDTF">2023-03-11T11:06:00Z</dcterms:modified>
  <cp:category/>
</cp:coreProperties>
</file>